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My Learning Tracker</w:t>
      </w:r>
    </w:p>
    <w:p>
      <w:pPr>
        <w:spacing w:after="40" w:before="0"/>
        <w:jc w:val="center"/>
      </w:pPr>
      <w:r>
        <w:rPr>
          <w:b/>
          <w:i w:val="0"/>
          <w:sz w:val="26"/>
        </w:rPr>
        <w:t>Number &amp; Operations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Colour or check the box that fits after each lesson. Be honest - this helps you and your teacher know what to practise next.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1008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Lesson</w:t>
            </w:r>
          </w:p>
        </w:tc>
        <w:tc>
          <w:tcPr>
            <w:tcW w:type="dxa" w:w="5760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I can ...</w:t>
            </w:r>
          </w:p>
        </w:tc>
        <w:tc>
          <w:tcPr>
            <w:tcW w:type="dxa" w:w="129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Not yet</w:t>
            </w:r>
          </w:p>
        </w:tc>
        <w:tc>
          <w:tcPr>
            <w:tcW w:type="dxa" w:w="158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Getting there</w:t>
            </w:r>
          </w:p>
        </w:tc>
        <w:tc>
          <w:tcPr>
            <w:tcW w:type="dxa" w:w="1440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I've got it!</w:t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1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read, write, and compare numbers to 1 000 000.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2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use a mental-math strategy for my facts.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3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estimate, then add and subtract to 1 000 000.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4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multiply to three digits and show my thinking.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5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divide and explain what the remainder means.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6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read, compare, and order decimals to thousandths.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7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add and subtract decimals to thousandths.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8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solve a multi-step money problem.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  <w:tr>
        <w:tc>
          <w:tcPr>
            <w:tcW w:type="dxa" w:w="1008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sz w:val="22"/>
              </w:rPr>
              <w:t>9</w:t>
            </w:r>
          </w:p>
        </w:tc>
        <w:tc>
          <w:tcPr>
            <w:tcW w:type="dxa" w:w="576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20"/>
              </w:rPr>
              <w:t>I can show what I learned about number and operations.</w:t>
            </w:r>
          </w:p>
        </w:tc>
        <w:tc>
          <w:tcPr>
            <w:tcW w:type="dxa" w:w="129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</w:r>
          </w:p>
        </w:tc>
      </w:tr>
    </w:tbl>
    <w:p>
      <w:pPr>
        <w:spacing w:after="120" w:before="0"/>
      </w:pPr>
      <w:r>
        <w:rPr>
          <w:b w:val="0"/>
          <w:i w:val="0"/>
          <w:sz w:val="12"/>
        </w:rPr>
      </w:r>
    </w:p>
    <w:p>
      <w:pPr>
        <w:spacing w:after="160" w:before="0"/>
      </w:pPr>
      <w:r>
        <w:rPr>
          <w:b w:val="0"/>
          <w:i w:val="0"/>
          <w:sz w:val="22"/>
        </w:rPr>
        <w:t>One thing I am proud of: ______________________________________________________</w:t>
      </w:r>
    </w:p>
    <w:p>
      <w:pPr>
        <w:spacing w:after="40" w:before="0"/>
      </w:pPr>
      <w:r>
        <w:rPr>
          <w:b w:val="0"/>
          <w:i w:val="0"/>
          <w:sz w:val="22"/>
        </w:rPr>
        <w:t>One thing I want more practice with: __________________________________________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